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BFD5D" w14:textId="125FAF46" w:rsidR="008A3FBE" w:rsidRPr="009E6E6B" w:rsidRDefault="009E6E6B" w:rsidP="009E6E6B">
      <w:pPr>
        <w:pStyle w:val="Title"/>
        <w:jc w:val="center"/>
        <w:rPr>
          <w:color w:val="auto"/>
          <w:sz w:val="40"/>
          <w:szCs w:val="40"/>
        </w:rPr>
      </w:pPr>
      <w:r>
        <w:rPr>
          <w:noProof/>
          <w:color w:val="auto"/>
          <w:sz w:val="40"/>
          <w:szCs w:val="40"/>
        </w:rPr>
        <w:drawing>
          <wp:anchor distT="0" distB="0" distL="114300" distR="114300" simplePos="0" relativeHeight="251657216" behindDoc="0" locked="0" layoutInCell="1" allowOverlap="1" wp14:anchorId="4A98C7A8" wp14:editId="75A8C935">
            <wp:simplePos x="0" y="0"/>
            <wp:positionH relativeFrom="column">
              <wp:posOffset>-854075</wp:posOffset>
            </wp:positionH>
            <wp:positionV relativeFrom="paragraph">
              <wp:posOffset>-609600</wp:posOffset>
            </wp:positionV>
            <wp:extent cx="1062990" cy="791210"/>
            <wp:effectExtent l="0" t="0" r="3810" b="8890"/>
            <wp:wrapNone/>
            <wp:docPr id="7548076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62990" cy="791210"/>
                    </a:xfrm>
                    <a:prstGeom prst="rect">
                      <a:avLst/>
                    </a:prstGeom>
                    <a:noFill/>
                  </pic:spPr>
                </pic:pic>
              </a:graphicData>
            </a:graphic>
            <wp14:sizeRelH relativeFrom="page">
              <wp14:pctWidth>0</wp14:pctWidth>
            </wp14:sizeRelH>
            <wp14:sizeRelV relativeFrom="page">
              <wp14:pctHeight>0</wp14:pctHeight>
            </wp14:sizeRelV>
          </wp:anchor>
        </w:drawing>
      </w:r>
      <w:r w:rsidR="008A3FBE" w:rsidRPr="009E6E6B">
        <w:rPr>
          <w:color w:val="auto"/>
          <w:sz w:val="40"/>
          <w:szCs w:val="40"/>
        </w:rPr>
        <w:t>Employee Rounding Quick Reference Guide</w:t>
      </w:r>
    </w:p>
    <w:p w14:paraId="0213B15B" w14:textId="53DD7A44" w:rsidR="008A3FBE" w:rsidRPr="009E6E6B" w:rsidRDefault="008A3FBE" w:rsidP="008A3FBE">
      <w:pPr>
        <w:pStyle w:val="Heading1"/>
        <w:rPr>
          <w:color w:val="auto"/>
        </w:rPr>
      </w:pPr>
      <w:r w:rsidRPr="009E6E6B">
        <w:rPr>
          <w:color w:val="auto"/>
        </w:rPr>
        <w:t>How to Use the Rotating Question Sets</w:t>
      </w:r>
    </w:p>
    <w:p w14:paraId="488797FF" w14:textId="4F551365" w:rsidR="008A3FBE" w:rsidRPr="009E6E6B" w:rsidRDefault="00D846BE" w:rsidP="008A3FBE">
      <w:pPr>
        <w:pStyle w:val="ListBullet"/>
      </w:pPr>
      <w:r w:rsidRPr="009E6E6B">
        <w:t>Select one set of questions each month to keep conversations fresh and engaging. Be sure to use the official employee rounding forms located in the Employee Rounding Folder within the Icebox Initiative shared folder.</w:t>
      </w:r>
    </w:p>
    <w:p w14:paraId="45EB7C48" w14:textId="30679F86" w:rsidR="008A3FBE" w:rsidRPr="009E6E6B" w:rsidRDefault="008A3FBE" w:rsidP="008A3FBE">
      <w:pPr>
        <w:pStyle w:val="ListBullet"/>
        <w:rPr>
          <w:b/>
          <w:bCs/>
        </w:rPr>
      </w:pPr>
      <w:r w:rsidRPr="009E6E6B">
        <w:t>Encourage open dialogue—</w:t>
      </w:r>
      <w:r w:rsidRPr="009E6E6B">
        <w:rPr>
          <w:b/>
          <w:bCs/>
        </w:rPr>
        <w:t>these questions are conversation starters, not checklists.</w:t>
      </w:r>
    </w:p>
    <w:p w14:paraId="760BAE58" w14:textId="77777777" w:rsidR="008A3FBE" w:rsidRPr="009E6E6B" w:rsidRDefault="008A3FBE" w:rsidP="008A3FBE">
      <w:pPr>
        <w:pStyle w:val="Heading1"/>
        <w:rPr>
          <w:color w:val="auto"/>
        </w:rPr>
      </w:pPr>
      <w:r w:rsidRPr="009E6E6B">
        <w:rPr>
          <w:color w:val="auto"/>
        </w:rPr>
        <w:t>Tips for Effective Rounding Conversations</w:t>
      </w:r>
    </w:p>
    <w:p w14:paraId="392C5E28" w14:textId="77777777" w:rsidR="008A3FBE" w:rsidRPr="009E6E6B" w:rsidRDefault="008A3FBE" w:rsidP="008A3FBE">
      <w:pPr>
        <w:pStyle w:val="ListBullet"/>
      </w:pPr>
      <w:r w:rsidRPr="009E6E6B">
        <w:t>Be present and actively listen—avoid distractions.</w:t>
      </w:r>
    </w:p>
    <w:p w14:paraId="7624E57E" w14:textId="77777777" w:rsidR="008A3FBE" w:rsidRPr="009E6E6B" w:rsidRDefault="008A3FBE" w:rsidP="008A3FBE">
      <w:pPr>
        <w:pStyle w:val="ListBullet"/>
      </w:pPr>
      <w:r w:rsidRPr="009E6E6B">
        <w:t>Ask open-ended questions to invite detailed responses.</w:t>
      </w:r>
    </w:p>
    <w:p w14:paraId="0084FF20" w14:textId="77777777" w:rsidR="008A3FBE" w:rsidRPr="009E6E6B" w:rsidRDefault="008A3FBE" w:rsidP="008A3FBE">
      <w:pPr>
        <w:pStyle w:val="ListBullet"/>
      </w:pPr>
      <w:r w:rsidRPr="009E6E6B">
        <w:t>Show appreciation and recognize contributions during the conversation.</w:t>
      </w:r>
    </w:p>
    <w:p w14:paraId="093C14EB" w14:textId="77777777" w:rsidR="008A3FBE" w:rsidRPr="009E6E6B" w:rsidRDefault="008A3FBE" w:rsidP="008A3FBE">
      <w:pPr>
        <w:pStyle w:val="ListBullet"/>
      </w:pPr>
      <w:r w:rsidRPr="009E6E6B">
        <w:t>Document key points and follow up on commitments.</w:t>
      </w:r>
    </w:p>
    <w:p w14:paraId="42404320" w14:textId="77777777" w:rsidR="008A3FBE" w:rsidRPr="009E6E6B" w:rsidRDefault="008A3FBE">
      <w:pPr>
        <w:pStyle w:val="Title"/>
        <w:rPr>
          <w:color w:val="auto"/>
        </w:rPr>
      </w:pPr>
    </w:p>
    <w:p w14:paraId="0742ED4D" w14:textId="72BFC6F3" w:rsidR="00517F46" w:rsidRPr="009E6E6B" w:rsidRDefault="009E6E6B">
      <w:pPr>
        <w:pStyle w:val="Title"/>
        <w:rPr>
          <w:color w:val="auto"/>
          <w:sz w:val="40"/>
          <w:szCs w:val="40"/>
        </w:rPr>
      </w:pPr>
      <w:r w:rsidRPr="009E6E6B">
        <w:rPr>
          <w:color w:val="auto"/>
          <w:sz w:val="40"/>
          <w:szCs w:val="40"/>
        </w:rPr>
        <w:t>E</w:t>
      </w:r>
      <w:r w:rsidRPr="009E6E6B">
        <w:rPr>
          <w:color w:val="auto"/>
          <w:sz w:val="40"/>
          <w:szCs w:val="40"/>
        </w:rPr>
        <w:t>mployee Rounding Rotating Question Bank</w:t>
      </w:r>
    </w:p>
    <w:p w14:paraId="2D9666DC" w14:textId="0A2E5542" w:rsidR="00517F46" w:rsidRPr="009E6E6B" w:rsidRDefault="009E6E6B">
      <w:pPr>
        <w:pStyle w:val="Heading1"/>
        <w:rPr>
          <w:rFonts w:asciiTheme="minorHAnsi" w:hAnsiTheme="minorHAnsi"/>
          <w:color w:val="auto"/>
        </w:rPr>
      </w:pPr>
      <w:r w:rsidRPr="009E6E6B">
        <w:rPr>
          <w:rFonts w:asciiTheme="minorHAnsi" w:hAnsiTheme="minorHAnsi"/>
          <w:color w:val="auto"/>
        </w:rPr>
        <w:t>Set 1</w:t>
      </w:r>
    </w:p>
    <w:p w14:paraId="5FFB7C65" w14:textId="7CDE0B89" w:rsidR="00754B71" w:rsidRPr="009E6E6B" w:rsidRDefault="00754B71" w:rsidP="00D441E5">
      <w:pPr>
        <w:pStyle w:val="ListBullet"/>
        <w:numPr>
          <w:ilvl w:val="0"/>
          <w:numId w:val="10"/>
        </w:numPr>
      </w:pPr>
      <w:r w:rsidRPr="009E6E6B">
        <w:t>What is working well?</w:t>
      </w:r>
    </w:p>
    <w:p w14:paraId="7D7DC85B" w14:textId="5CD58134" w:rsidR="00754B71" w:rsidRPr="009E6E6B" w:rsidRDefault="00754B71" w:rsidP="00D441E5">
      <w:pPr>
        <w:pStyle w:val="ListBullet"/>
        <w:numPr>
          <w:ilvl w:val="0"/>
          <w:numId w:val="10"/>
        </w:numPr>
      </w:pPr>
      <w:r w:rsidRPr="009E6E6B">
        <w:t>Is there an employee and/or provider you would like to recognize and why?</w:t>
      </w:r>
    </w:p>
    <w:p w14:paraId="702F7762" w14:textId="64DD1AE9" w:rsidR="00754B71" w:rsidRPr="009E6E6B" w:rsidRDefault="00754B71" w:rsidP="00D441E5">
      <w:pPr>
        <w:pStyle w:val="ListBullet"/>
        <w:numPr>
          <w:ilvl w:val="0"/>
          <w:numId w:val="10"/>
        </w:numPr>
      </w:pPr>
      <w:r w:rsidRPr="009E6E6B">
        <w:t xml:space="preserve">Do you have </w:t>
      </w:r>
      <w:proofErr w:type="gramStart"/>
      <w:r w:rsidRPr="009E6E6B">
        <w:t>the tools</w:t>
      </w:r>
      <w:proofErr w:type="gramEnd"/>
      <w:r w:rsidRPr="009E6E6B">
        <w:t>, training, and equipment to do your job?</w:t>
      </w:r>
    </w:p>
    <w:p w14:paraId="1F8C0CBC" w14:textId="1F016CFD" w:rsidR="00754B71" w:rsidRPr="009E6E6B" w:rsidRDefault="00754B71" w:rsidP="00D441E5">
      <w:pPr>
        <w:pStyle w:val="ListBullet"/>
        <w:numPr>
          <w:ilvl w:val="0"/>
          <w:numId w:val="10"/>
        </w:numPr>
      </w:pPr>
      <w:r w:rsidRPr="009E6E6B">
        <w:t>Do you have any career aspirations/goals that I can help you with?</w:t>
      </w:r>
    </w:p>
    <w:p w14:paraId="3A2ACFFF" w14:textId="2AADE931" w:rsidR="00754B71" w:rsidRPr="009E6E6B" w:rsidRDefault="00754B71" w:rsidP="00D441E5">
      <w:pPr>
        <w:pStyle w:val="ListBullet"/>
        <w:numPr>
          <w:ilvl w:val="0"/>
          <w:numId w:val="10"/>
        </w:numPr>
      </w:pPr>
      <w:r w:rsidRPr="009E6E6B">
        <w:t>Are you aware of anything that might pose a safety risk to our patients, employees, or visitors?</w:t>
      </w:r>
    </w:p>
    <w:p w14:paraId="3F6CEE09" w14:textId="4CA12DCA" w:rsidR="00754B71" w:rsidRPr="009E6E6B" w:rsidRDefault="00754B71" w:rsidP="00D441E5">
      <w:pPr>
        <w:pStyle w:val="ListBullet"/>
        <w:numPr>
          <w:ilvl w:val="0"/>
          <w:numId w:val="10"/>
        </w:numPr>
      </w:pPr>
      <w:r w:rsidRPr="009E6E6B">
        <w:t>Are you aware of any policies/procedures that are not being followed consistently?  (this is meant to spark conversation about opportunities to update policies if they don’t make sense anymore, identify opportunities for training for staff and identify reasons a policy may not be followed consistently)</w:t>
      </w:r>
    </w:p>
    <w:p w14:paraId="1711C716" w14:textId="75B99A98" w:rsidR="00754B71" w:rsidRPr="009E6E6B" w:rsidRDefault="00754B71" w:rsidP="00D441E5">
      <w:pPr>
        <w:pStyle w:val="ListBullet"/>
        <w:numPr>
          <w:ilvl w:val="0"/>
          <w:numId w:val="10"/>
        </w:numPr>
      </w:pPr>
      <w:r w:rsidRPr="009E6E6B">
        <w:t>Any outstanding issues that have been lingering and not resolved?</w:t>
      </w:r>
    </w:p>
    <w:p w14:paraId="45E8359F" w14:textId="6C69FFDF" w:rsidR="00754B71" w:rsidRPr="009E6E6B" w:rsidRDefault="00754B71" w:rsidP="00D441E5">
      <w:pPr>
        <w:pStyle w:val="ListBullet"/>
        <w:numPr>
          <w:ilvl w:val="0"/>
          <w:numId w:val="10"/>
        </w:numPr>
      </w:pPr>
      <w:r w:rsidRPr="009E6E6B">
        <w:t>Any Burning Question(s) for Administration?</w:t>
      </w:r>
      <w:r w:rsidR="00D441E5" w:rsidRPr="009E6E6B">
        <w:t xml:space="preserve">  Please provide a topic or question for the next Coffee with Robb session.  </w:t>
      </w:r>
    </w:p>
    <w:p w14:paraId="785DF0FF" w14:textId="77777777" w:rsidR="00754B71" w:rsidRPr="009E6E6B" w:rsidRDefault="00754B71" w:rsidP="00D441E5">
      <w:pPr>
        <w:pStyle w:val="ListBullet"/>
        <w:numPr>
          <w:ilvl w:val="0"/>
          <w:numId w:val="10"/>
        </w:numPr>
      </w:pPr>
      <w:r w:rsidRPr="009E6E6B">
        <w:t>Anything else I should know or any further questions?</w:t>
      </w:r>
    </w:p>
    <w:p w14:paraId="64C6C969" w14:textId="77777777" w:rsidR="008A3FBE" w:rsidRPr="009E6E6B" w:rsidRDefault="008A3FBE" w:rsidP="00D441E5">
      <w:pPr>
        <w:pStyle w:val="ListBullet"/>
        <w:numPr>
          <w:ilvl w:val="0"/>
          <w:numId w:val="0"/>
        </w:numPr>
        <w:rPr>
          <w:b/>
          <w:bCs/>
          <w:sz w:val="28"/>
          <w:szCs w:val="28"/>
        </w:rPr>
      </w:pPr>
    </w:p>
    <w:p w14:paraId="5DABADFA" w14:textId="6B68C59A" w:rsidR="00517F46" w:rsidRPr="009E6E6B" w:rsidRDefault="009E6E6B" w:rsidP="00754B71">
      <w:pPr>
        <w:pStyle w:val="ListBullet"/>
        <w:numPr>
          <w:ilvl w:val="0"/>
          <w:numId w:val="0"/>
        </w:numPr>
        <w:ind w:left="360" w:hanging="360"/>
        <w:rPr>
          <w:b/>
          <w:bCs/>
          <w:sz w:val="28"/>
          <w:szCs w:val="28"/>
        </w:rPr>
      </w:pPr>
      <w:r w:rsidRPr="009E6E6B">
        <w:rPr>
          <w:b/>
          <w:bCs/>
          <w:sz w:val="28"/>
          <w:szCs w:val="28"/>
        </w:rPr>
        <w:t xml:space="preserve">Set </w:t>
      </w:r>
      <w:r>
        <w:rPr>
          <w:b/>
          <w:bCs/>
          <w:sz w:val="28"/>
          <w:szCs w:val="28"/>
        </w:rPr>
        <w:t>2</w:t>
      </w:r>
    </w:p>
    <w:p w14:paraId="2BA3C130" w14:textId="317DFB64" w:rsidR="00754B71" w:rsidRPr="009E6E6B" w:rsidRDefault="00754B71" w:rsidP="00D441E5">
      <w:pPr>
        <w:pStyle w:val="ListBullet"/>
        <w:numPr>
          <w:ilvl w:val="0"/>
          <w:numId w:val="11"/>
        </w:numPr>
      </w:pPr>
      <w:r w:rsidRPr="009E6E6B">
        <w:t>What’s something we should keep doing because it’s working?</w:t>
      </w:r>
    </w:p>
    <w:p w14:paraId="741D8F9F" w14:textId="73043BAA" w:rsidR="00754B71" w:rsidRPr="009E6E6B" w:rsidRDefault="00754B71" w:rsidP="00D441E5">
      <w:pPr>
        <w:pStyle w:val="ListBullet"/>
        <w:numPr>
          <w:ilvl w:val="0"/>
          <w:numId w:val="11"/>
        </w:numPr>
      </w:pPr>
      <w:r w:rsidRPr="009E6E6B">
        <w:t>Who’s doing something that makes your job easier/better?</w:t>
      </w:r>
    </w:p>
    <w:p w14:paraId="4A302C3B" w14:textId="5979D70D" w:rsidR="00754B71" w:rsidRPr="009E6E6B" w:rsidRDefault="00754B71" w:rsidP="00D441E5">
      <w:pPr>
        <w:pStyle w:val="ListBullet"/>
        <w:numPr>
          <w:ilvl w:val="0"/>
          <w:numId w:val="11"/>
        </w:numPr>
      </w:pPr>
      <w:r w:rsidRPr="009E6E6B">
        <w:lastRenderedPageBreak/>
        <w:t>Is there any additional training that would help you feel more confident?</w:t>
      </w:r>
    </w:p>
    <w:p w14:paraId="038ADBBE" w14:textId="09F0AB9E" w:rsidR="00754B71" w:rsidRPr="009E6E6B" w:rsidRDefault="00754B71" w:rsidP="00D441E5">
      <w:pPr>
        <w:pStyle w:val="ListBullet"/>
        <w:numPr>
          <w:ilvl w:val="0"/>
          <w:numId w:val="11"/>
        </w:numPr>
      </w:pPr>
      <w:r w:rsidRPr="009E6E6B">
        <w:t>Are there projects or responsibilities you’d like to take on to advance your career?</w:t>
      </w:r>
    </w:p>
    <w:p w14:paraId="7D2B9B74" w14:textId="551BEF72" w:rsidR="00754B71" w:rsidRPr="009E6E6B" w:rsidRDefault="00754B71" w:rsidP="00D441E5">
      <w:pPr>
        <w:pStyle w:val="ListBullet"/>
        <w:numPr>
          <w:ilvl w:val="0"/>
          <w:numId w:val="11"/>
        </w:numPr>
      </w:pPr>
      <w:r w:rsidRPr="009E6E6B">
        <w:t>What can we do to make our workplace safer for everyone?</w:t>
      </w:r>
    </w:p>
    <w:p w14:paraId="51F333BB" w14:textId="72305C9E" w:rsidR="00754B71" w:rsidRPr="009E6E6B" w:rsidRDefault="00754B71" w:rsidP="00D441E5">
      <w:pPr>
        <w:pStyle w:val="ListBullet"/>
        <w:numPr>
          <w:ilvl w:val="0"/>
          <w:numId w:val="11"/>
        </w:numPr>
      </w:pPr>
      <w:r w:rsidRPr="009E6E6B">
        <w:t>Are there any processes that need updating to match how work is really done?  (Note: This question is meant to spark conversation about opportunities to update policies if they don’t make sense anymore, identify opportunities for training for staff and identify reasons a policy may not be followed consistently.)</w:t>
      </w:r>
    </w:p>
    <w:p w14:paraId="00A02EBE" w14:textId="4F603B08" w:rsidR="00754B71" w:rsidRPr="009E6E6B" w:rsidRDefault="00754B71" w:rsidP="00D441E5">
      <w:pPr>
        <w:pStyle w:val="ListBullet"/>
        <w:numPr>
          <w:ilvl w:val="0"/>
          <w:numId w:val="11"/>
        </w:numPr>
      </w:pPr>
      <w:r w:rsidRPr="009E6E6B">
        <w:t>Do you have any concerns that haven’t been addressed yet?</w:t>
      </w:r>
    </w:p>
    <w:p w14:paraId="729814D6" w14:textId="4D8F7EAD" w:rsidR="00754B71" w:rsidRPr="009E6E6B" w:rsidRDefault="00754B71" w:rsidP="00D441E5">
      <w:pPr>
        <w:pStyle w:val="ListBullet"/>
        <w:numPr>
          <w:ilvl w:val="0"/>
          <w:numId w:val="11"/>
        </w:numPr>
      </w:pPr>
      <w:r w:rsidRPr="009E6E6B">
        <w:t xml:space="preserve">We want to make sure your ideas and questions are addressed!  What topics would you like </w:t>
      </w:r>
      <w:proofErr w:type="gramStart"/>
      <w:r w:rsidRPr="009E6E6B">
        <w:t>covered</w:t>
      </w:r>
      <w:proofErr w:type="gramEnd"/>
      <w:r w:rsidRPr="009E6E6B">
        <w:t xml:space="preserve"> at the next Coffee with Robb?</w:t>
      </w:r>
    </w:p>
    <w:p w14:paraId="14BAE64C" w14:textId="77777777" w:rsidR="00754B71" w:rsidRPr="009E6E6B" w:rsidRDefault="00754B71" w:rsidP="00D441E5">
      <w:pPr>
        <w:pStyle w:val="ListBullet"/>
        <w:numPr>
          <w:ilvl w:val="0"/>
          <w:numId w:val="11"/>
        </w:numPr>
      </w:pPr>
      <w:r w:rsidRPr="009E6E6B">
        <w:t>Anything we missed that’s important to you?</w:t>
      </w:r>
    </w:p>
    <w:p w14:paraId="64AFB8AD" w14:textId="77777777" w:rsidR="00754B71" w:rsidRPr="009E6E6B" w:rsidRDefault="00754B71" w:rsidP="00754B71">
      <w:pPr>
        <w:pStyle w:val="ListBullet"/>
        <w:numPr>
          <w:ilvl w:val="0"/>
          <w:numId w:val="0"/>
        </w:numPr>
      </w:pPr>
    </w:p>
    <w:p w14:paraId="55910D59" w14:textId="7AE23FAC" w:rsidR="00517F46" w:rsidRPr="009E6E6B" w:rsidRDefault="009E6E6B" w:rsidP="00754B71">
      <w:pPr>
        <w:pStyle w:val="ListBullet"/>
        <w:numPr>
          <w:ilvl w:val="0"/>
          <w:numId w:val="0"/>
        </w:numPr>
        <w:rPr>
          <w:b/>
          <w:bCs/>
          <w:sz w:val="28"/>
          <w:szCs w:val="28"/>
        </w:rPr>
      </w:pPr>
      <w:r w:rsidRPr="009E6E6B">
        <w:rPr>
          <w:b/>
          <w:bCs/>
          <w:sz w:val="28"/>
          <w:szCs w:val="28"/>
        </w:rPr>
        <w:t xml:space="preserve">Set </w:t>
      </w:r>
      <w:r>
        <w:rPr>
          <w:b/>
          <w:bCs/>
          <w:sz w:val="28"/>
          <w:szCs w:val="28"/>
        </w:rPr>
        <w:t>3</w:t>
      </w:r>
    </w:p>
    <w:p w14:paraId="61ECC9A2" w14:textId="1E573F90" w:rsidR="00754B71" w:rsidRPr="009E6E6B" w:rsidRDefault="00754B71" w:rsidP="00D441E5">
      <w:pPr>
        <w:pStyle w:val="ListBullet"/>
        <w:numPr>
          <w:ilvl w:val="0"/>
          <w:numId w:val="12"/>
        </w:numPr>
      </w:pPr>
      <w:r w:rsidRPr="009E6E6B">
        <w:t>What’s the best part of your day or week at work?</w:t>
      </w:r>
    </w:p>
    <w:p w14:paraId="456033FC" w14:textId="7AFB43FD" w:rsidR="00754B71" w:rsidRPr="009E6E6B" w:rsidRDefault="00754B71" w:rsidP="00D441E5">
      <w:pPr>
        <w:pStyle w:val="ListBullet"/>
        <w:numPr>
          <w:ilvl w:val="0"/>
          <w:numId w:val="12"/>
        </w:numPr>
      </w:pPr>
      <w:r w:rsidRPr="009E6E6B">
        <w:t>What’s a great example of teamwork that you have seen recently?</w:t>
      </w:r>
    </w:p>
    <w:p w14:paraId="34982D2A" w14:textId="7BC2D139" w:rsidR="00754B71" w:rsidRPr="009E6E6B" w:rsidRDefault="00754B71" w:rsidP="00D441E5">
      <w:pPr>
        <w:pStyle w:val="ListBullet"/>
        <w:numPr>
          <w:ilvl w:val="0"/>
          <w:numId w:val="12"/>
        </w:numPr>
      </w:pPr>
      <w:r w:rsidRPr="009E6E6B">
        <w:t>Are there skills you’d like to develop to improve your work?</w:t>
      </w:r>
    </w:p>
    <w:p w14:paraId="64F48238" w14:textId="05EAC8D8" w:rsidR="00754B71" w:rsidRPr="009E6E6B" w:rsidRDefault="00754B71" w:rsidP="00D441E5">
      <w:pPr>
        <w:pStyle w:val="ListBullet"/>
        <w:numPr>
          <w:ilvl w:val="0"/>
          <w:numId w:val="12"/>
        </w:numPr>
      </w:pPr>
      <w:r w:rsidRPr="009E6E6B">
        <w:t>How can we make your work more aligned with your aspirations?</w:t>
      </w:r>
    </w:p>
    <w:p w14:paraId="0E89807D" w14:textId="1AF37F1B" w:rsidR="00754B71" w:rsidRPr="009E6E6B" w:rsidRDefault="00754B71" w:rsidP="00D441E5">
      <w:pPr>
        <w:pStyle w:val="ListBullet"/>
        <w:numPr>
          <w:ilvl w:val="0"/>
          <w:numId w:val="12"/>
        </w:numPr>
      </w:pPr>
      <w:r w:rsidRPr="009E6E6B">
        <w:t>Have you noticed anything that could lead to an accident or injury?</w:t>
      </w:r>
    </w:p>
    <w:p w14:paraId="1110B457" w14:textId="46290EBB" w:rsidR="00754B71" w:rsidRPr="009E6E6B" w:rsidRDefault="00754B71" w:rsidP="00D441E5">
      <w:pPr>
        <w:pStyle w:val="ListBullet"/>
        <w:numPr>
          <w:ilvl w:val="0"/>
          <w:numId w:val="12"/>
        </w:numPr>
      </w:pPr>
      <w:r w:rsidRPr="009E6E6B">
        <w:t>Are there any policies that don’t make sense or need clarification? (Note</w:t>
      </w:r>
      <w:proofErr w:type="gramStart"/>
      <w:r w:rsidRPr="009E6E6B">
        <w:t>:  This</w:t>
      </w:r>
      <w:proofErr w:type="gramEnd"/>
      <w:r w:rsidRPr="009E6E6B">
        <w:t xml:space="preserve"> question is meant to spark conversation about opportunities to update policies if they don’t make sense anymore, identify opportunities for training for staff and identify reasons a policy may not be followed consistently.)</w:t>
      </w:r>
    </w:p>
    <w:p w14:paraId="7C722091" w14:textId="5832F78C" w:rsidR="00754B71" w:rsidRPr="009E6E6B" w:rsidRDefault="00754B71" w:rsidP="00D441E5">
      <w:pPr>
        <w:pStyle w:val="ListBullet"/>
        <w:numPr>
          <w:ilvl w:val="0"/>
          <w:numId w:val="12"/>
        </w:numPr>
      </w:pPr>
      <w:r w:rsidRPr="009E6E6B">
        <w:t>Are there any recurring issues that we need to tackle?</w:t>
      </w:r>
    </w:p>
    <w:p w14:paraId="1854DDF4" w14:textId="4228D63D" w:rsidR="00754B71" w:rsidRPr="009E6E6B" w:rsidRDefault="00754B71" w:rsidP="00D441E5">
      <w:pPr>
        <w:pStyle w:val="ListBullet"/>
        <w:numPr>
          <w:ilvl w:val="0"/>
          <w:numId w:val="12"/>
        </w:numPr>
      </w:pPr>
      <w:r w:rsidRPr="009E6E6B">
        <w:t>Help us shape the conversation!  What topics are most important to you for the next Coffee with Robb?</w:t>
      </w:r>
    </w:p>
    <w:p w14:paraId="13F99AF0" w14:textId="0AD38F85" w:rsidR="00517F46" w:rsidRPr="009E6E6B" w:rsidRDefault="00754B71" w:rsidP="00D441E5">
      <w:pPr>
        <w:pStyle w:val="ListBullet"/>
        <w:numPr>
          <w:ilvl w:val="0"/>
          <w:numId w:val="12"/>
        </w:numPr>
      </w:pPr>
      <w:r w:rsidRPr="009E6E6B">
        <w:t>Before we wrap up, is there anything else you’d like to talk about?</w:t>
      </w:r>
    </w:p>
    <w:p w14:paraId="69B9A5A7" w14:textId="3B609DCC" w:rsidR="00517F46" w:rsidRPr="009E6E6B" w:rsidRDefault="009E6E6B">
      <w:pPr>
        <w:pStyle w:val="Heading1"/>
        <w:rPr>
          <w:color w:val="auto"/>
        </w:rPr>
      </w:pPr>
      <w:r w:rsidRPr="009E6E6B">
        <w:rPr>
          <w:color w:val="auto"/>
        </w:rPr>
        <w:t xml:space="preserve">Set </w:t>
      </w:r>
      <w:r>
        <w:rPr>
          <w:color w:val="auto"/>
        </w:rPr>
        <w:t>4</w:t>
      </w:r>
    </w:p>
    <w:p w14:paraId="546C3B9A" w14:textId="035539E6" w:rsidR="00754B71" w:rsidRPr="009E6E6B" w:rsidRDefault="00754B71" w:rsidP="00D441E5">
      <w:pPr>
        <w:pStyle w:val="ListBullet"/>
        <w:numPr>
          <w:ilvl w:val="0"/>
          <w:numId w:val="13"/>
        </w:numPr>
      </w:pPr>
      <w:r w:rsidRPr="009E6E6B">
        <w:t>What’s one process or tool that’s making your job easier?</w:t>
      </w:r>
    </w:p>
    <w:p w14:paraId="4935B401" w14:textId="3755329B" w:rsidR="00754B71" w:rsidRPr="009E6E6B" w:rsidRDefault="00754B71" w:rsidP="00D441E5">
      <w:pPr>
        <w:pStyle w:val="ListBullet"/>
        <w:numPr>
          <w:ilvl w:val="0"/>
          <w:numId w:val="13"/>
        </w:numPr>
      </w:pPr>
      <w:r w:rsidRPr="009E6E6B">
        <w:t>Who’s done something recently that made you proud to work here?</w:t>
      </w:r>
    </w:p>
    <w:p w14:paraId="6A159E70" w14:textId="2AC57BF5" w:rsidR="00754B71" w:rsidRPr="009E6E6B" w:rsidRDefault="00754B71" w:rsidP="00D441E5">
      <w:pPr>
        <w:pStyle w:val="ListBullet"/>
        <w:numPr>
          <w:ilvl w:val="0"/>
          <w:numId w:val="13"/>
        </w:numPr>
      </w:pPr>
      <w:r w:rsidRPr="009E6E6B">
        <w:t>Is there technology or equipment that would help you work better?</w:t>
      </w:r>
    </w:p>
    <w:p w14:paraId="3C26BAB4" w14:textId="79A6F5AC" w:rsidR="00754B71" w:rsidRPr="009E6E6B" w:rsidRDefault="00754B71" w:rsidP="00D441E5">
      <w:pPr>
        <w:pStyle w:val="ListBullet"/>
        <w:numPr>
          <w:ilvl w:val="0"/>
          <w:numId w:val="13"/>
        </w:numPr>
      </w:pPr>
      <w:r w:rsidRPr="009E6E6B">
        <w:t>Where do you see yourself in the next few years, and what can we do to help you get there?</w:t>
      </w:r>
    </w:p>
    <w:p w14:paraId="2C9ACAEE" w14:textId="695F6A27" w:rsidR="00754B71" w:rsidRPr="009E6E6B" w:rsidRDefault="00754B71" w:rsidP="00D441E5">
      <w:pPr>
        <w:pStyle w:val="ListBullet"/>
        <w:numPr>
          <w:ilvl w:val="0"/>
          <w:numId w:val="13"/>
        </w:numPr>
      </w:pPr>
      <w:r w:rsidRPr="009E6E6B">
        <w:t>Are there any near misses or potential hazards you’d like to share?</w:t>
      </w:r>
    </w:p>
    <w:p w14:paraId="3302F852" w14:textId="29186FBD" w:rsidR="00754B71" w:rsidRPr="009E6E6B" w:rsidRDefault="00754B71" w:rsidP="00D441E5">
      <w:pPr>
        <w:pStyle w:val="ListBullet"/>
        <w:numPr>
          <w:ilvl w:val="0"/>
          <w:numId w:val="13"/>
        </w:numPr>
      </w:pPr>
      <w:r w:rsidRPr="009E6E6B">
        <w:t>Are there any policies you think should be reviewed or revised?  (Note: This question is meant to spark conversation about opportunities to update policies if they don’t make sense anymore, identify opportunities for training for staff and identify reasons a policy may not be followed consistently.)</w:t>
      </w:r>
    </w:p>
    <w:p w14:paraId="358D5E56" w14:textId="3DACABAC" w:rsidR="00754B71" w:rsidRPr="009E6E6B" w:rsidRDefault="00754B71" w:rsidP="00D441E5">
      <w:pPr>
        <w:pStyle w:val="ListBullet"/>
        <w:numPr>
          <w:ilvl w:val="0"/>
          <w:numId w:val="13"/>
        </w:numPr>
      </w:pPr>
      <w:r w:rsidRPr="009E6E6B">
        <w:t>What’s one thing that’s been on your mind that hasn’t been resolved?</w:t>
      </w:r>
    </w:p>
    <w:p w14:paraId="533CCE20" w14:textId="2EAAFC89" w:rsidR="00754B71" w:rsidRPr="009E6E6B" w:rsidRDefault="00754B71" w:rsidP="00D441E5">
      <w:pPr>
        <w:pStyle w:val="ListBullet"/>
        <w:numPr>
          <w:ilvl w:val="0"/>
          <w:numId w:val="13"/>
        </w:numPr>
      </w:pPr>
      <w:r w:rsidRPr="009E6E6B">
        <w:t>Is there anything you’d like clarified or discussed during the next Coffee with Robb?</w:t>
      </w:r>
    </w:p>
    <w:p w14:paraId="148A8FC5" w14:textId="5EBC7ED6" w:rsidR="00517F46" w:rsidRPr="009E6E6B" w:rsidRDefault="00754B71" w:rsidP="00D441E5">
      <w:pPr>
        <w:pStyle w:val="ListBullet"/>
        <w:numPr>
          <w:ilvl w:val="0"/>
          <w:numId w:val="13"/>
        </w:numPr>
      </w:pPr>
      <w:r w:rsidRPr="009E6E6B">
        <w:t>Anything else on your mind that we haven’t covered?</w:t>
      </w:r>
    </w:p>
    <w:sectPr w:rsidR="00517F46" w:rsidRPr="009E6E6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3FD519E"/>
    <w:multiLevelType w:val="hybridMultilevel"/>
    <w:tmpl w:val="BDD413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6EB0D61"/>
    <w:multiLevelType w:val="hybridMultilevel"/>
    <w:tmpl w:val="FA706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1E951EB"/>
    <w:multiLevelType w:val="hybridMultilevel"/>
    <w:tmpl w:val="E48A3BE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5E35786"/>
    <w:multiLevelType w:val="hybridMultilevel"/>
    <w:tmpl w:val="E1E824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05995221">
    <w:abstractNumId w:val="8"/>
  </w:num>
  <w:num w:numId="2" w16cid:durableId="1430151730">
    <w:abstractNumId w:val="6"/>
  </w:num>
  <w:num w:numId="3" w16cid:durableId="1609392183">
    <w:abstractNumId w:val="5"/>
  </w:num>
  <w:num w:numId="4" w16cid:durableId="88434030">
    <w:abstractNumId w:val="4"/>
  </w:num>
  <w:num w:numId="5" w16cid:durableId="859125174">
    <w:abstractNumId w:val="7"/>
  </w:num>
  <w:num w:numId="6" w16cid:durableId="1276786295">
    <w:abstractNumId w:val="3"/>
  </w:num>
  <w:num w:numId="7" w16cid:durableId="407307101">
    <w:abstractNumId w:val="2"/>
  </w:num>
  <w:num w:numId="8" w16cid:durableId="472869661">
    <w:abstractNumId w:val="1"/>
  </w:num>
  <w:num w:numId="9" w16cid:durableId="1236547734">
    <w:abstractNumId w:val="0"/>
  </w:num>
  <w:num w:numId="10" w16cid:durableId="199589285">
    <w:abstractNumId w:val="12"/>
  </w:num>
  <w:num w:numId="11" w16cid:durableId="1303271203">
    <w:abstractNumId w:val="9"/>
  </w:num>
  <w:num w:numId="12" w16cid:durableId="1324234893">
    <w:abstractNumId w:val="10"/>
  </w:num>
  <w:num w:numId="13" w16cid:durableId="78978670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517F46"/>
    <w:rsid w:val="00754B71"/>
    <w:rsid w:val="008900FC"/>
    <w:rsid w:val="008A3FBE"/>
    <w:rsid w:val="009C3301"/>
    <w:rsid w:val="009E6E6B"/>
    <w:rsid w:val="00A57BFA"/>
    <w:rsid w:val="00AA1D8D"/>
    <w:rsid w:val="00B47730"/>
    <w:rsid w:val="00CA5B58"/>
    <w:rsid w:val="00CB0664"/>
    <w:rsid w:val="00D441E5"/>
    <w:rsid w:val="00D846B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09B7315"/>
  <w14:defaultImageDpi w14:val="300"/>
  <w15:docId w15:val="{2FAB5D09-AA62-4873-AA1F-F61887DC5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692</Words>
  <Characters>3458</Characters>
  <Application>Microsoft Office Word</Application>
  <DocSecurity>4</DocSecurity>
  <Lines>70</Lines>
  <Paragraphs>57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Hjelle, Blair A</cp:lastModifiedBy>
  <cp:revision>2</cp:revision>
  <dcterms:created xsi:type="dcterms:W3CDTF">2025-12-22T19:00:00Z</dcterms:created>
  <dcterms:modified xsi:type="dcterms:W3CDTF">2025-12-22T19:00:00Z</dcterms:modified>
  <cp:category/>
</cp:coreProperties>
</file>